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D39AE" w14:textId="77777777" w:rsidR="007061EB" w:rsidRPr="00604DF2" w:rsidRDefault="00604DF2">
      <w:pPr>
        <w:spacing w:after="280" w:line="240" w:lineRule="auto"/>
        <w:jc w:val="center"/>
        <w:rPr>
          <w:rFonts w:cs="Times New Roman"/>
          <w:color w:val="000000" w:themeColor="text1"/>
        </w:rPr>
      </w:pPr>
      <w:r w:rsidRPr="00604DF2">
        <w:rPr>
          <w:rFonts w:cs="Times New Roman"/>
          <w:b/>
          <w:i/>
          <w:color w:val="000000" w:themeColor="text1"/>
          <w:sz w:val="28"/>
        </w:rPr>
        <w:t>[Paper Title]</w:t>
      </w:r>
    </w:p>
    <w:p w14:paraId="059AA114" w14:textId="77777777" w:rsidR="007061EB" w:rsidRPr="00604DF2" w:rsidRDefault="00604DF2">
      <w:pPr>
        <w:spacing w:after="280" w:line="240" w:lineRule="auto"/>
        <w:jc w:val="center"/>
        <w:rPr>
          <w:rFonts w:cs="Times New Roman"/>
          <w:color w:val="000000" w:themeColor="text1"/>
        </w:rPr>
      </w:pPr>
      <w:r w:rsidRPr="00604DF2">
        <w:rPr>
          <w:rFonts w:cs="Times New Roman"/>
          <w:i/>
          <w:color w:val="000000" w:themeColor="text1"/>
          <w:sz w:val="24"/>
        </w:rPr>
        <w:t>[Author 1]</w:t>
      </w:r>
      <w:r w:rsidRPr="00604DF2">
        <w:rPr>
          <w:rFonts w:cs="Times New Roman"/>
          <w:i/>
          <w:color w:val="000000" w:themeColor="text1"/>
          <w:sz w:val="16"/>
          <w:vertAlign w:val="superscript"/>
        </w:rPr>
        <w:t>1,2</w:t>
      </w:r>
      <w:r w:rsidRPr="00604DF2">
        <w:rPr>
          <w:rFonts w:cs="Times New Roman"/>
          <w:i/>
          <w:color w:val="000000" w:themeColor="text1"/>
          <w:sz w:val="24"/>
        </w:rPr>
        <w:t>, [Author 2]</w:t>
      </w:r>
      <w:r w:rsidRPr="00604DF2">
        <w:rPr>
          <w:rFonts w:cs="Times New Roman"/>
          <w:i/>
          <w:color w:val="000000" w:themeColor="text1"/>
          <w:sz w:val="16"/>
          <w:vertAlign w:val="superscript"/>
        </w:rPr>
        <w:t>2</w:t>
      </w:r>
      <w:r w:rsidRPr="00604DF2">
        <w:rPr>
          <w:rFonts w:cs="Times New Roman"/>
          <w:i/>
          <w:color w:val="000000" w:themeColor="text1"/>
          <w:sz w:val="24"/>
        </w:rPr>
        <w:t>, [Author 3]</w:t>
      </w:r>
      <w:r w:rsidRPr="00604DF2">
        <w:rPr>
          <w:rFonts w:cs="Times New Roman"/>
          <w:i/>
          <w:color w:val="000000" w:themeColor="text1"/>
          <w:sz w:val="16"/>
          <w:vertAlign w:val="superscript"/>
        </w:rPr>
        <w:t>3</w:t>
      </w:r>
      <w:r w:rsidRPr="00604DF2">
        <w:rPr>
          <w:rFonts w:cs="Times New Roman"/>
          <w:i/>
          <w:color w:val="000000" w:themeColor="text1"/>
          <w:sz w:val="24"/>
        </w:rPr>
        <w:t xml:space="preserve"> and [Author 4]</w:t>
      </w:r>
      <w:r w:rsidRPr="00604DF2">
        <w:rPr>
          <w:rFonts w:cs="Times New Roman"/>
          <w:i/>
          <w:color w:val="000000" w:themeColor="text1"/>
          <w:sz w:val="16"/>
          <w:vertAlign w:val="superscript"/>
        </w:rPr>
        <w:t>2</w:t>
      </w:r>
    </w:p>
    <w:p w14:paraId="18224014" w14:textId="77777777" w:rsidR="007061EB" w:rsidRPr="00604DF2" w:rsidRDefault="00604DF2">
      <w:pPr>
        <w:spacing w:after="80" w:line="240" w:lineRule="auto"/>
        <w:jc w:val="center"/>
        <w:rPr>
          <w:rFonts w:cs="Times New Roman"/>
          <w:color w:val="000000" w:themeColor="text1"/>
        </w:rPr>
      </w:pPr>
      <w:r w:rsidRPr="00604DF2">
        <w:rPr>
          <w:rFonts w:cs="Times New Roman"/>
          <w:i/>
          <w:color w:val="000000" w:themeColor="text1"/>
          <w:sz w:val="18"/>
        </w:rPr>
        <w:t>1, [Affiliation 1, City, Country]</w:t>
      </w:r>
    </w:p>
    <w:p w14:paraId="75010180" w14:textId="77777777" w:rsidR="007061EB" w:rsidRPr="00604DF2" w:rsidRDefault="00604DF2">
      <w:pPr>
        <w:spacing w:after="80" w:line="240" w:lineRule="auto"/>
        <w:jc w:val="center"/>
        <w:rPr>
          <w:rFonts w:cs="Times New Roman"/>
          <w:color w:val="000000" w:themeColor="text1"/>
        </w:rPr>
      </w:pPr>
      <w:r w:rsidRPr="00604DF2">
        <w:rPr>
          <w:rFonts w:cs="Times New Roman"/>
          <w:i/>
          <w:color w:val="000000" w:themeColor="text1"/>
          <w:sz w:val="18"/>
        </w:rPr>
        <w:t>2, [Affiliation 2, City, Country]</w:t>
      </w:r>
    </w:p>
    <w:p w14:paraId="42A37B38" w14:textId="77777777" w:rsidR="007061EB" w:rsidRPr="00604DF2" w:rsidRDefault="00604DF2">
      <w:pPr>
        <w:spacing w:after="280" w:line="240" w:lineRule="auto"/>
        <w:jc w:val="center"/>
        <w:rPr>
          <w:rFonts w:cs="Times New Roman"/>
          <w:color w:val="000000" w:themeColor="text1"/>
        </w:rPr>
      </w:pPr>
      <w:r w:rsidRPr="00604DF2">
        <w:rPr>
          <w:rFonts w:cs="Times New Roman"/>
          <w:i/>
          <w:color w:val="000000" w:themeColor="text1"/>
          <w:sz w:val="18"/>
        </w:rPr>
        <w:t>3, [Affiliation 3, City, Country]</w:t>
      </w:r>
    </w:p>
    <w:p w14:paraId="14BAE698" w14:textId="77777777" w:rsidR="007061EB" w:rsidRPr="00604DF2" w:rsidRDefault="00604DF2">
      <w:pPr>
        <w:spacing w:after="320" w:line="240" w:lineRule="auto"/>
        <w:jc w:val="center"/>
        <w:rPr>
          <w:rFonts w:cs="Times New Roman"/>
          <w:color w:val="000000" w:themeColor="text1"/>
        </w:rPr>
      </w:pPr>
      <w:r w:rsidRPr="00604DF2">
        <w:rPr>
          <w:rFonts w:cs="Times New Roman"/>
          <w:color w:val="000000" w:themeColor="text1"/>
          <w:sz w:val="20"/>
        </w:rPr>
        <w:t xml:space="preserve">Email: </w:t>
      </w:r>
      <w:r w:rsidRPr="00604DF2">
        <w:rPr>
          <w:rFonts w:cs="Times New Roman"/>
          <w:i/>
          <w:color w:val="000000" w:themeColor="text1"/>
          <w:sz w:val="20"/>
        </w:rPr>
        <w:t>[corresponding.author@example.com]</w:t>
      </w:r>
    </w:p>
    <w:p w14:paraId="612D0120" w14:textId="77777777" w:rsidR="007061EB" w:rsidRPr="00604DF2" w:rsidRDefault="00604DF2">
      <w:pPr>
        <w:spacing w:before="120" w:after="120" w:line="240" w:lineRule="auto"/>
        <w:jc w:val="center"/>
        <w:rPr>
          <w:rFonts w:cs="Times New Roman"/>
        </w:rPr>
      </w:pPr>
      <w:r w:rsidRPr="00604DF2">
        <w:rPr>
          <w:rFonts w:cs="Times New Roman"/>
          <w:b/>
        </w:rPr>
        <w:t>Abstract</w:t>
      </w:r>
    </w:p>
    <w:p w14:paraId="16911367" w14:textId="77777777" w:rsidR="007061EB" w:rsidRPr="00604DF2" w:rsidRDefault="00604DF2">
      <w:pPr>
        <w:spacing w:after="240" w:line="240" w:lineRule="auto"/>
        <w:jc w:val="both"/>
        <w:rPr>
          <w:rFonts w:cs="Times New Roman"/>
        </w:rPr>
      </w:pPr>
      <w:r w:rsidRPr="00604DF2">
        <w:rPr>
          <w:rFonts w:cs="Times New Roman"/>
          <w:i/>
          <w:color w:val="7F7F7F"/>
        </w:rPr>
        <w:t xml:space="preserve">[Type your abstract text </w:t>
      </w:r>
      <w:r w:rsidRPr="00604DF2">
        <w:rPr>
          <w:rFonts w:cs="Times New Roman"/>
          <w:i/>
          <w:color w:val="7F7F7F"/>
        </w:rPr>
        <w:t>here. It should briefly cover the research background, objectives, methods, key results and conclusions, typically within 300–500 words as required by the conference. Delete this hint before submission.]</w:t>
      </w:r>
    </w:p>
    <w:p w14:paraId="56A203AC" w14:textId="77777777" w:rsidR="007061EB" w:rsidRPr="00604DF2" w:rsidRDefault="00604DF2">
      <w:pPr>
        <w:spacing w:after="0" w:line="240" w:lineRule="auto"/>
        <w:rPr>
          <w:rFonts w:cs="Times New Roman"/>
        </w:rPr>
      </w:pPr>
      <w:r w:rsidRPr="00604DF2">
        <w:rPr>
          <w:rFonts w:cs="Times New Roman"/>
        </w:rPr>
        <w:t xml:space="preserve">Keywords: </w:t>
      </w:r>
      <w:r w:rsidRPr="00604DF2">
        <w:rPr>
          <w:rFonts w:cs="Times New Roman"/>
          <w:i/>
          <w:color w:val="7F7F7F"/>
        </w:rPr>
        <w:t>[Keyword 1], [Keyword 2], [Keyword 3]</w:t>
      </w:r>
    </w:p>
    <w:p w14:paraId="3A1A7E4A" w14:textId="69307408" w:rsidR="007061EB" w:rsidRPr="00604DF2" w:rsidRDefault="007061EB" w:rsidP="00604DF2">
      <w:pPr>
        <w:rPr>
          <w:rFonts w:cs="Times New Roman"/>
        </w:rPr>
      </w:pPr>
    </w:p>
    <w:p w14:paraId="387859C8" w14:textId="7C191356" w:rsidR="00604DF2" w:rsidRPr="00604DF2" w:rsidRDefault="00604DF2" w:rsidP="00604DF2">
      <w:pPr>
        <w:rPr>
          <w:rFonts w:cs="Times New Roman"/>
        </w:rPr>
      </w:pPr>
    </w:p>
    <w:p w14:paraId="29A5DB0F" w14:textId="77777777" w:rsidR="00604DF2" w:rsidRPr="00604DF2" w:rsidRDefault="00604DF2" w:rsidP="00604DF2">
      <w:pPr>
        <w:adjustRightInd w:val="0"/>
        <w:snapToGrid w:val="0"/>
        <w:spacing w:line="200" w:lineRule="atLeast"/>
        <w:rPr>
          <w:rFonts w:cs="Times New Roman"/>
          <w:szCs w:val="21"/>
        </w:rPr>
      </w:pPr>
      <w:r w:rsidRPr="00604DF2">
        <w:rPr>
          <w:rFonts w:cs="Times New Roman"/>
          <w:szCs w:val="21"/>
        </w:rPr>
        <w:t>References</w:t>
      </w:r>
    </w:p>
    <w:p w14:paraId="5AD199E7" w14:textId="77777777" w:rsidR="00604DF2" w:rsidRPr="00604DF2" w:rsidRDefault="00604DF2" w:rsidP="00604DF2">
      <w:pPr>
        <w:adjustRightInd w:val="0"/>
        <w:snapToGrid w:val="0"/>
        <w:spacing w:line="200" w:lineRule="atLeast"/>
        <w:rPr>
          <w:rFonts w:cs="Times New Roman"/>
          <w:szCs w:val="21"/>
        </w:rPr>
      </w:pPr>
      <w:r w:rsidRPr="00604DF2">
        <w:rPr>
          <w:rFonts w:cs="Times New Roman"/>
          <w:szCs w:val="21"/>
        </w:rPr>
        <w:t>[1]</w:t>
      </w:r>
    </w:p>
    <w:p w14:paraId="360A0963" w14:textId="77777777" w:rsidR="00604DF2" w:rsidRPr="00604DF2" w:rsidRDefault="00604DF2" w:rsidP="00604DF2">
      <w:pPr>
        <w:adjustRightInd w:val="0"/>
        <w:snapToGrid w:val="0"/>
        <w:spacing w:line="200" w:lineRule="atLeast"/>
        <w:rPr>
          <w:rFonts w:cs="Times New Roman"/>
          <w:szCs w:val="21"/>
        </w:rPr>
      </w:pPr>
      <w:r w:rsidRPr="00604DF2">
        <w:rPr>
          <w:rFonts w:cs="Times New Roman"/>
          <w:szCs w:val="21"/>
        </w:rPr>
        <w:t>[2]</w:t>
      </w:r>
    </w:p>
    <w:p w14:paraId="3A16E5F8" w14:textId="77777777" w:rsidR="00604DF2" w:rsidRPr="00604DF2" w:rsidRDefault="00604DF2" w:rsidP="00604DF2">
      <w:pPr>
        <w:adjustRightInd w:val="0"/>
        <w:snapToGrid w:val="0"/>
        <w:spacing w:line="200" w:lineRule="atLeast"/>
        <w:rPr>
          <w:rFonts w:cs="Times New Roman"/>
          <w:szCs w:val="21"/>
        </w:rPr>
      </w:pPr>
      <w:r w:rsidRPr="00604DF2">
        <w:rPr>
          <w:rFonts w:cs="Times New Roman"/>
          <w:szCs w:val="21"/>
        </w:rPr>
        <w:t>[3]</w:t>
      </w:r>
    </w:p>
    <w:p w14:paraId="1B812E1E" w14:textId="77777777" w:rsidR="00604DF2" w:rsidRPr="00604DF2" w:rsidRDefault="00604DF2" w:rsidP="00604DF2">
      <w:pPr>
        <w:adjustRightInd w:val="0"/>
        <w:snapToGrid w:val="0"/>
        <w:spacing w:line="200" w:lineRule="atLeast"/>
        <w:rPr>
          <w:rFonts w:cs="Times New Roman"/>
          <w:szCs w:val="21"/>
        </w:rPr>
      </w:pPr>
    </w:p>
    <w:p w14:paraId="45D2F244" w14:textId="77777777" w:rsidR="00604DF2" w:rsidRPr="00604DF2" w:rsidRDefault="00604DF2" w:rsidP="00604DF2">
      <w:pPr>
        <w:adjustRightInd w:val="0"/>
        <w:snapToGrid w:val="0"/>
        <w:spacing w:line="200" w:lineRule="atLeast"/>
        <w:rPr>
          <w:rFonts w:cs="Times New Roman"/>
          <w:szCs w:val="21"/>
        </w:rPr>
      </w:pPr>
    </w:p>
    <w:p w14:paraId="48A4EB7A" w14:textId="77777777" w:rsidR="00604DF2" w:rsidRPr="00604DF2" w:rsidRDefault="00604DF2" w:rsidP="00604DF2">
      <w:pPr>
        <w:adjustRightInd w:val="0"/>
        <w:snapToGrid w:val="0"/>
        <w:spacing w:line="200" w:lineRule="atLeast"/>
        <w:rPr>
          <w:rFonts w:cs="Times New Roman"/>
          <w:szCs w:val="21"/>
        </w:rPr>
      </w:pPr>
      <w:r w:rsidRPr="00604DF2">
        <w:rPr>
          <w:rFonts w:cs="Times New Roman"/>
          <w:szCs w:val="21"/>
        </w:rPr>
        <w:t>Figure xx</w:t>
      </w:r>
    </w:p>
    <w:p w14:paraId="79EA79D0" w14:textId="77777777" w:rsidR="00604DF2" w:rsidRPr="00604DF2" w:rsidRDefault="00604DF2" w:rsidP="00604DF2">
      <w:pPr>
        <w:adjustRightInd w:val="0"/>
        <w:snapToGrid w:val="0"/>
        <w:spacing w:line="200" w:lineRule="atLeast"/>
        <w:rPr>
          <w:rFonts w:cs="Times New Roman"/>
          <w:sz w:val="20"/>
          <w:szCs w:val="20"/>
        </w:rPr>
      </w:pPr>
    </w:p>
    <w:p w14:paraId="7405D267" w14:textId="77777777" w:rsidR="00604DF2" w:rsidRPr="00604DF2" w:rsidRDefault="00604DF2" w:rsidP="00604DF2">
      <w:pPr>
        <w:rPr>
          <w:rFonts w:cs="Times New Roman"/>
        </w:rPr>
      </w:pPr>
    </w:p>
    <w:sectPr w:rsidR="00604DF2" w:rsidRPr="00604DF2" w:rsidSect="0003461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04DF2"/>
    <w:rsid w:val="007061E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BB9202"/>
  <w14:defaultImageDpi w14:val="300"/>
  <w15:docId w15:val="{222C39DE-39F2-4035-B451-133E197A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宋体" w:hAnsi="Times New Roman"/>
      <w:color w:val="000000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会议投稿摘要模板</dc:title>
  <dc:subject/>
  <dc:creator/>
  <cp:keywords/>
  <dc:description>generated by python-docx</dc:description>
  <cp:lastModifiedBy>自结 刘</cp:lastModifiedBy>
  <cp:revision>2</cp:revision>
  <dcterms:created xsi:type="dcterms:W3CDTF">2013-12-23T23:15:00Z</dcterms:created>
  <dcterms:modified xsi:type="dcterms:W3CDTF">2026-09-10T03:59:00Z</dcterms:modified>
  <cp:category/>
</cp:coreProperties>
</file>